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426C" w14:textId="77777777" w:rsidR="00C51C55" w:rsidRDefault="00000000">
      <w:pPr>
        <w:pStyle w:val="Title"/>
      </w:pPr>
      <w:r>
        <w:t>TechRon Support — WhatsApp Message Templates</w:t>
      </w:r>
    </w:p>
    <w:p w14:paraId="6E6DFF06" w14:textId="77777777" w:rsidR="00C51C55" w:rsidRDefault="00000000">
      <w:pPr>
        <w:rPr>
          <w:i/>
        </w:rPr>
      </w:pPr>
      <w:r>
        <w:rPr>
          <w:i/>
        </w:rPr>
        <w:t>These are the WhatsApp Business templates the TechRon Support system needs, for registration in the Infobip portal (Channels → WhatsApp → Templates) on the dedicated, registered sender +44 7860 068926.</w:t>
      </w:r>
    </w:p>
    <w:p w14:paraId="1110B40C" w14:textId="77777777" w:rsidR="00A910BD" w:rsidRDefault="00A910BD">
      <w:pPr>
        <w:rPr>
          <w:i/>
        </w:rPr>
      </w:pPr>
    </w:p>
    <w:p w14:paraId="32F9BE25" w14:textId="77777777" w:rsidR="00A910BD" w:rsidRPr="00A910BD" w:rsidRDefault="00A910BD" w:rsidP="00A910BD">
      <w:pPr>
        <w:numPr>
          <w:ilvl w:val="0"/>
          <w:numId w:val="10"/>
        </w:numPr>
        <w:rPr>
          <w:iCs/>
        </w:rPr>
      </w:pPr>
      <w:proofErr w:type="spellStart"/>
      <w:r w:rsidRPr="00A910BD">
        <w:rPr>
          <w:iCs/>
        </w:rPr>
        <w:t>ticket_assigned</w:t>
      </w:r>
      <w:proofErr w:type="spellEnd"/>
      <w:r w:rsidRPr="00A910BD">
        <w:rPr>
          <w:iCs/>
        </w:rPr>
        <w:t> → </w:t>
      </w:r>
      <w:proofErr w:type="spellStart"/>
      <w:r w:rsidRPr="00A910BD">
        <w:rPr>
          <w:iCs/>
        </w:rPr>
        <w:t>ticket_assigned_client</w:t>
      </w:r>
      <w:proofErr w:type="spellEnd"/>
    </w:p>
    <w:p w14:paraId="32006044" w14:textId="77777777" w:rsidR="00A910BD" w:rsidRPr="00A910BD" w:rsidRDefault="00A910BD" w:rsidP="00A910BD">
      <w:pPr>
        <w:numPr>
          <w:ilvl w:val="0"/>
          <w:numId w:val="10"/>
        </w:numPr>
        <w:rPr>
          <w:iCs/>
        </w:rPr>
      </w:pPr>
      <w:proofErr w:type="spellStart"/>
      <w:r w:rsidRPr="00A910BD">
        <w:rPr>
          <w:iCs/>
        </w:rPr>
        <w:t>technician_assigned</w:t>
      </w:r>
      <w:proofErr w:type="spellEnd"/>
      <w:r w:rsidRPr="00A910BD">
        <w:rPr>
          <w:iCs/>
        </w:rPr>
        <w:t> → </w:t>
      </w:r>
      <w:proofErr w:type="spellStart"/>
      <w:r w:rsidRPr="00A910BD">
        <w:rPr>
          <w:iCs/>
        </w:rPr>
        <w:t>ticket_assigned_technician</w:t>
      </w:r>
      <w:proofErr w:type="spellEnd"/>
    </w:p>
    <w:p w14:paraId="5379EDD7" w14:textId="77777777" w:rsidR="00A910BD" w:rsidRPr="00A910BD" w:rsidRDefault="00A910BD" w:rsidP="00A910BD">
      <w:pPr>
        <w:numPr>
          <w:ilvl w:val="0"/>
          <w:numId w:val="10"/>
        </w:numPr>
        <w:rPr>
          <w:iCs/>
        </w:rPr>
      </w:pPr>
      <w:proofErr w:type="spellStart"/>
      <w:r w:rsidRPr="00A910BD">
        <w:rPr>
          <w:iCs/>
        </w:rPr>
        <w:t>ticket_replied</w:t>
      </w:r>
      <w:proofErr w:type="spellEnd"/>
      <w:r w:rsidRPr="00A910BD">
        <w:rPr>
          <w:iCs/>
        </w:rPr>
        <w:t> → </w:t>
      </w:r>
      <w:proofErr w:type="spellStart"/>
      <w:r w:rsidRPr="00A910BD">
        <w:rPr>
          <w:iCs/>
        </w:rPr>
        <w:t>ticket_reply_alert</w:t>
      </w:r>
      <w:proofErr w:type="spellEnd"/>
    </w:p>
    <w:p w14:paraId="07A6227B" w14:textId="77777777" w:rsidR="00A910BD" w:rsidRPr="00A910BD" w:rsidRDefault="00A910BD" w:rsidP="00A910BD">
      <w:pPr>
        <w:numPr>
          <w:ilvl w:val="0"/>
          <w:numId w:val="10"/>
        </w:numPr>
        <w:rPr>
          <w:iCs/>
        </w:rPr>
      </w:pPr>
      <w:proofErr w:type="spellStart"/>
      <w:r w:rsidRPr="00A910BD">
        <w:rPr>
          <w:iCs/>
        </w:rPr>
        <w:t>ticket_closed</w:t>
      </w:r>
      <w:proofErr w:type="spellEnd"/>
      <w:r w:rsidRPr="00A910BD">
        <w:rPr>
          <w:iCs/>
        </w:rPr>
        <w:t> → </w:t>
      </w:r>
      <w:proofErr w:type="spellStart"/>
      <w:r w:rsidRPr="00A910BD">
        <w:rPr>
          <w:iCs/>
        </w:rPr>
        <w:t>ticket_closed_alert</w:t>
      </w:r>
      <w:proofErr w:type="spellEnd"/>
    </w:p>
    <w:p w14:paraId="0B858634" w14:textId="77777777" w:rsidR="00A910BD" w:rsidRPr="00A910BD" w:rsidRDefault="00A910BD" w:rsidP="00A910BD">
      <w:pPr>
        <w:numPr>
          <w:ilvl w:val="0"/>
          <w:numId w:val="10"/>
        </w:numPr>
        <w:rPr>
          <w:iCs/>
        </w:rPr>
      </w:pPr>
      <w:proofErr w:type="spellStart"/>
      <w:r w:rsidRPr="00A910BD">
        <w:rPr>
          <w:iCs/>
        </w:rPr>
        <w:t>status_changed</w:t>
      </w:r>
      <w:proofErr w:type="spellEnd"/>
      <w:r w:rsidRPr="00A910BD">
        <w:rPr>
          <w:iCs/>
        </w:rPr>
        <w:t> → </w:t>
      </w:r>
      <w:proofErr w:type="spellStart"/>
      <w:r w:rsidRPr="00A910BD">
        <w:rPr>
          <w:iCs/>
        </w:rPr>
        <w:t>ticket_status_update</w:t>
      </w:r>
      <w:proofErr w:type="spellEnd"/>
    </w:p>
    <w:p w14:paraId="1C7A313D" w14:textId="77777777" w:rsidR="00A910BD" w:rsidRPr="00A910BD" w:rsidRDefault="00A910BD" w:rsidP="00A910BD">
      <w:pPr>
        <w:numPr>
          <w:ilvl w:val="0"/>
          <w:numId w:val="10"/>
        </w:numPr>
        <w:rPr>
          <w:iCs/>
        </w:rPr>
      </w:pPr>
      <w:proofErr w:type="spellStart"/>
      <w:r w:rsidRPr="00A910BD">
        <w:rPr>
          <w:iCs/>
        </w:rPr>
        <w:t>ticket_updated</w:t>
      </w:r>
      <w:proofErr w:type="spellEnd"/>
      <w:r w:rsidRPr="00A910BD">
        <w:rPr>
          <w:iCs/>
        </w:rPr>
        <w:t> → </w:t>
      </w:r>
      <w:proofErr w:type="spellStart"/>
      <w:r w:rsidRPr="00A910BD">
        <w:rPr>
          <w:iCs/>
        </w:rPr>
        <w:t>ticket_general_update</w:t>
      </w:r>
      <w:proofErr w:type="spellEnd"/>
    </w:p>
    <w:p w14:paraId="1E718D3A" w14:textId="77777777" w:rsidR="00A910BD" w:rsidRPr="00A910BD" w:rsidRDefault="00A910BD">
      <w:pPr>
        <w:rPr>
          <w:iCs/>
        </w:rPr>
      </w:pPr>
    </w:p>
    <w:p w14:paraId="0CDD8890" w14:textId="77777777" w:rsidR="00C51C55" w:rsidRDefault="00000000">
      <w:pPr>
        <w:pStyle w:val="Heading1"/>
      </w:pPr>
      <w:r>
        <w:t>Before you start</w:t>
      </w:r>
    </w:p>
    <w:p w14:paraId="29CCA7B3" w14:textId="77777777" w:rsidR="00C51C55" w:rsidRDefault="00000000">
      <w:pPr>
        <w:pStyle w:val="ListBullet"/>
      </w:pPr>
      <w:r>
        <w:t>Confirm +44 7860 068926 is registered as a dedicated WhatsApp sender (not shared/trial) — shared/trial senders cannot register custom template names like these.</w:t>
      </w:r>
    </w:p>
    <w:p w14:paraId="2B4A3806" w14:textId="77777777" w:rsidR="00C51C55" w:rsidRDefault="00000000">
      <w:pPr>
        <w:pStyle w:val="ListBullet"/>
      </w:pPr>
      <w:r>
        <w:t>The ticket number only appears in “ticket_created” — that's the one message that introduces the ticket. Every later message (assigned, replied, closed, etc.) identifies the ticket by its subject instead, since the full conversation is already visible in the support portal.</w:t>
      </w:r>
    </w:p>
    <w:p w14:paraId="59540848" w14:textId="77777777" w:rsidR="00C51C55" w:rsidRDefault="00000000">
      <w:pPr>
        <w:pStyle w:val="ListBullet"/>
      </w:pPr>
      <w:r>
        <w:t>Category: UTILITY for all 7 templates below.</w:t>
      </w:r>
    </w:p>
    <w:p w14:paraId="07CEA4A7" w14:textId="77777777" w:rsidR="00C51C55" w:rsidRDefault="00000000">
      <w:pPr>
        <w:pStyle w:val="ListBullet"/>
      </w:pPr>
      <w:r>
        <w:t>Language: en (must match exactly what's configured in the app — currently en).</w:t>
      </w:r>
    </w:p>
    <w:p w14:paraId="1D8F3CC3" w14:textId="77777777" w:rsidR="00C51C55" w:rsidRDefault="00000000">
      <w:pPr>
        <w:pStyle w:val="ListBullet"/>
      </w:pPr>
      <w:r>
        <w:t>Header: set to None for every template listed here. The two marked “REQUIRED text-only” will simply be skipped by the app if a header/media is added, so leave header blank for those regardless.</w:t>
      </w:r>
    </w:p>
    <w:p w14:paraId="1B1AD11F" w14:textId="77777777" w:rsidR="00C51C55" w:rsidRDefault="00000000">
      <w:pPr>
        <w:pStyle w:val="ListBullet"/>
      </w:pPr>
      <w:r>
        <w:t>Footer / buttons: not required — leave blank unless you want to add one.</w:t>
      </w:r>
    </w:p>
    <w:p w14:paraId="6ED5424A" w14:textId="77777777" w:rsidR="00C51C55" w:rsidRDefault="00000000">
      <w:pPr>
        <w:pStyle w:val="ListBullet"/>
      </w:pPr>
      <w:r>
        <w:t>Each template needs one example value per {{n}} placeholder when submitting for approval — use the example row provided, or your own realistic values.</w:t>
      </w:r>
    </w:p>
    <w:p w14:paraId="065CFB49" w14:textId="77777777" w:rsidR="00C51C55" w:rsidRDefault="00000000">
      <w:pPr>
        <w:pStyle w:val="ListBullet"/>
      </w:pPr>
      <w:r>
        <w:t>After submission, each template goes to Meta for approval (usually minutes, sometimes up to ~24 hours).</w:t>
      </w:r>
    </w:p>
    <w:p w14:paraId="3820D04C" w14:textId="77777777" w:rsidR="00C51C55" w:rsidRDefault="00000000">
      <w:pPr>
        <w:pStyle w:val="Heading1"/>
      </w:pPr>
      <w:r>
        <w:lastRenderedPageBreak/>
        <w:t>Templates</w:t>
      </w:r>
    </w:p>
    <w:p w14:paraId="5DE3D6F6" w14:textId="77777777" w:rsidR="00C51C55" w:rsidRDefault="00000000">
      <w:pPr>
        <w:pStyle w:val="Heading2"/>
      </w:pPr>
      <w:r>
        <w:t>1. ticket_created</w:t>
      </w:r>
    </w:p>
    <w:p w14:paraId="08BA9607" w14:textId="77777777" w:rsidR="00C51C55" w:rsidRDefault="00000000">
      <w:r>
        <w:rPr>
          <w:b/>
          <w:sz w:val="20"/>
        </w:rPr>
        <w:t>Template name (paste into “Name”):</w:t>
      </w:r>
    </w:p>
    <w:p w14:paraId="791A4B47" w14:textId="77777777" w:rsidR="00C51C55" w:rsidRDefault="00000000">
      <w:pPr>
        <w:shd w:val="clear" w:color="auto" w:fill="F2F2F2"/>
        <w:ind w:left="216"/>
      </w:pPr>
      <w:r>
        <w:rPr>
          <w:rFonts w:ascii="Consolas" w:hAnsi="Consolas"/>
        </w:rPr>
        <w:t>ticket_created</w:t>
      </w:r>
    </w:p>
    <w:p w14:paraId="00C6E09A" w14:textId="77777777" w:rsidR="00C51C55" w:rsidRDefault="00000000">
      <w:r>
        <w:rPr>
          <w:b/>
          <w:sz w:val="20"/>
        </w:rPr>
        <w:t>Content (paste into “Body” / “Content”):</w:t>
      </w:r>
    </w:p>
    <w:p w14:paraId="68A32685" w14:textId="77777777" w:rsidR="00C51C55" w:rsidRDefault="00000000">
      <w:pPr>
        <w:shd w:val="clear" w:color="auto" w:fill="F2F2F2"/>
        <w:ind w:left="216"/>
      </w:pPr>
      <w:r>
        <w:rPr>
          <w:rFonts w:ascii="Consolas" w:hAnsi="Consolas"/>
        </w:rPr>
        <w:t>Hello {{1}}, your TechRon support ticket {{2}} has been created. Subject: {{3}}. Reply to this chat for updates.</w:t>
      </w:r>
    </w:p>
    <w:p w14:paraId="5609AD75" w14:textId="77777777" w:rsidR="00C51C55" w:rsidRDefault="00000000">
      <w:pPr>
        <w:spacing w:after="160"/>
      </w:pPr>
      <w:r>
        <w:rPr>
          <w:b/>
        </w:rPr>
        <w:t xml:space="preserve">Category: </w:t>
      </w:r>
      <w:r>
        <w:t xml:space="preserve">UTILITY    </w:t>
      </w:r>
      <w:r>
        <w:rPr>
          <w:b/>
        </w:rPr>
        <w:t xml:space="preserve">Language: </w:t>
      </w:r>
      <w:r>
        <w:t xml:space="preserve">en    </w:t>
      </w:r>
      <w:r>
        <w:rPr>
          <w:b/>
        </w:rPr>
        <w:t xml:space="preserve">Header: </w:t>
      </w:r>
      <w:r>
        <w:t>None (text-only)</w:t>
      </w:r>
    </w:p>
    <w:p w14:paraId="4C505172" w14:textId="77777777" w:rsidR="00C51C55" w:rsidRDefault="00000000">
      <w:r>
        <w:rPr>
          <w:b/>
        </w:rPr>
        <w:t>Sample values for the approval form (in order):</w:t>
      </w:r>
    </w:p>
    <w:tbl>
      <w:tblPr>
        <w:tblStyle w:val="LightList-Accent1"/>
        <w:tblW w:w="0" w:type="auto"/>
        <w:tblLook w:val="04A0" w:firstRow="1" w:lastRow="0" w:firstColumn="1" w:lastColumn="0" w:noHBand="0" w:noVBand="1"/>
      </w:tblPr>
      <w:tblGrid>
        <w:gridCol w:w="2880"/>
        <w:gridCol w:w="2880"/>
        <w:gridCol w:w="2880"/>
      </w:tblGrid>
      <w:tr w:rsidR="00C51C55" w14:paraId="300D5766" w14:textId="77777777" w:rsidTr="00C51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0516A7D" w14:textId="77777777" w:rsidR="00C51C55" w:rsidRDefault="00000000">
            <w:r>
              <w:t>Variable</w:t>
            </w:r>
          </w:p>
        </w:tc>
        <w:tc>
          <w:tcPr>
            <w:tcW w:w="2880" w:type="dxa"/>
          </w:tcPr>
          <w:p w14:paraId="0E6F22B7" w14:textId="77777777" w:rsidR="00C51C55" w:rsidRDefault="00000000">
            <w:pPr>
              <w:cnfStyle w:val="100000000000" w:firstRow="1" w:lastRow="0" w:firstColumn="0" w:lastColumn="0" w:oddVBand="0" w:evenVBand="0" w:oddHBand="0" w:evenHBand="0" w:firstRowFirstColumn="0" w:firstRowLastColumn="0" w:lastRowFirstColumn="0" w:lastRowLastColumn="0"/>
            </w:pPr>
            <w:r>
              <w:t>Meaning</w:t>
            </w:r>
          </w:p>
        </w:tc>
        <w:tc>
          <w:tcPr>
            <w:tcW w:w="2880" w:type="dxa"/>
          </w:tcPr>
          <w:p w14:paraId="58939022" w14:textId="77777777" w:rsidR="00C51C55" w:rsidRDefault="00000000">
            <w:pPr>
              <w:cnfStyle w:val="100000000000" w:firstRow="1" w:lastRow="0" w:firstColumn="0" w:lastColumn="0" w:oddVBand="0" w:evenVBand="0" w:oddHBand="0" w:evenHBand="0" w:firstRowFirstColumn="0" w:firstRowLastColumn="0" w:lastRowFirstColumn="0" w:lastRowLastColumn="0"/>
            </w:pPr>
            <w:r>
              <w:t>Example value to paste</w:t>
            </w:r>
          </w:p>
        </w:tc>
      </w:tr>
      <w:tr w:rsidR="00C51C55" w14:paraId="7B372520"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ADE9EE1" w14:textId="77777777" w:rsidR="00C51C55" w:rsidRDefault="00000000">
            <w:r>
              <w:t>{{1}}</w:t>
            </w:r>
          </w:p>
        </w:tc>
        <w:tc>
          <w:tcPr>
            <w:tcW w:w="2880" w:type="dxa"/>
          </w:tcPr>
          <w:p w14:paraId="1981C168" w14:textId="77777777" w:rsidR="00C51C55" w:rsidRDefault="00000000">
            <w:pPr>
              <w:cnfStyle w:val="000000100000" w:firstRow="0" w:lastRow="0" w:firstColumn="0" w:lastColumn="0" w:oddVBand="0" w:evenVBand="0" w:oddHBand="1" w:evenHBand="0" w:firstRowFirstColumn="0" w:firstRowLastColumn="0" w:lastRowFirstColumn="0" w:lastRowLastColumn="0"/>
            </w:pPr>
            <w:r>
              <w:t>Customer first name</w:t>
            </w:r>
          </w:p>
        </w:tc>
        <w:tc>
          <w:tcPr>
            <w:tcW w:w="2880" w:type="dxa"/>
          </w:tcPr>
          <w:p w14:paraId="21E577F1" w14:textId="77777777" w:rsidR="00C51C55" w:rsidRDefault="00000000">
            <w:pPr>
              <w:cnfStyle w:val="000000100000" w:firstRow="0" w:lastRow="0" w:firstColumn="0" w:lastColumn="0" w:oddVBand="0" w:evenVBand="0" w:oddHBand="1" w:evenHBand="0" w:firstRowFirstColumn="0" w:firstRowLastColumn="0" w:lastRowFirstColumn="0" w:lastRowLastColumn="0"/>
            </w:pPr>
            <w:r>
              <w:t>John</w:t>
            </w:r>
          </w:p>
        </w:tc>
      </w:tr>
      <w:tr w:rsidR="00C51C55" w14:paraId="253C2FEB" w14:textId="77777777" w:rsidTr="00C51C55">
        <w:tc>
          <w:tcPr>
            <w:cnfStyle w:val="001000000000" w:firstRow="0" w:lastRow="0" w:firstColumn="1" w:lastColumn="0" w:oddVBand="0" w:evenVBand="0" w:oddHBand="0" w:evenHBand="0" w:firstRowFirstColumn="0" w:firstRowLastColumn="0" w:lastRowFirstColumn="0" w:lastRowLastColumn="0"/>
            <w:tcW w:w="2880" w:type="dxa"/>
          </w:tcPr>
          <w:p w14:paraId="0D982EE5" w14:textId="77777777" w:rsidR="00C51C55" w:rsidRDefault="00000000">
            <w:r>
              <w:t>{{2}}</w:t>
            </w:r>
          </w:p>
        </w:tc>
        <w:tc>
          <w:tcPr>
            <w:tcW w:w="2880" w:type="dxa"/>
          </w:tcPr>
          <w:p w14:paraId="224BBAD2" w14:textId="77777777" w:rsidR="00C51C55" w:rsidRDefault="00000000">
            <w:pPr>
              <w:cnfStyle w:val="000000000000" w:firstRow="0" w:lastRow="0" w:firstColumn="0" w:lastColumn="0" w:oddVBand="0" w:evenVBand="0" w:oddHBand="0" w:evenHBand="0" w:firstRowFirstColumn="0" w:firstRowLastColumn="0" w:lastRowFirstColumn="0" w:lastRowLastColumn="0"/>
            </w:pPr>
            <w:r>
              <w:t>Ticket number</w:t>
            </w:r>
          </w:p>
        </w:tc>
        <w:tc>
          <w:tcPr>
            <w:tcW w:w="2880" w:type="dxa"/>
          </w:tcPr>
          <w:p w14:paraId="4E4AC389" w14:textId="77777777" w:rsidR="00C51C55" w:rsidRDefault="00000000">
            <w:pPr>
              <w:cnfStyle w:val="000000000000" w:firstRow="0" w:lastRow="0" w:firstColumn="0" w:lastColumn="0" w:oddVBand="0" w:evenVBand="0" w:oddHBand="0" w:evenHBand="0" w:firstRowFirstColumn="0" w:firstRowLastColumn="0" w:lastRowFirstColumn="0" w:lastRowLastColumn="0"/>
            </w:pPr>
            <w:r>
              <w:t>TCH-20260810-0001</w:t>
            </w:r>
          </w:p>
        </w:tc>
      </w:tr>
      <w:tr w:rsidR="00C51C55" w14:paraId="41E3B341"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1071959" w14:textId="77777777" w:rsidR="00C51C55" w:rsidRDefault="00000000">
            <w:r>
              <w:t>{{3}}</w:t>
            </w:r>
          </w:p>
        </w:tc>
        <w:tc>
          <w:tcPr>
            <w:tcW w:w="2880" w:type="dxa"/>
          </w:tcPr>
          <w:p w14:paraId="5864300A" w14:textId="77777777" w:rsidR="00C51C55" w:rsidRDefault="00000000">
            <w:pPr>
              <w:cnfStyle w:val="000000100000" w:firstRow="0" w:lastRow="0" w:firstColumn="0" w:lastColumn="0" w:oddVBand="0" w:evenVBand="0" w:oddHBand="1" w:evenHBand="0" w:firstRowFirstColumn="0" w:firstRowLastColumn="0" w:lastRowFirstColumn="0" w:lastRowLastColumn="0"/>
            </w:pPr>
            <w:r>
              <w:t>Ticket subject</w:t>
            </w:r>
          </w:p>
        </w:tc>
        <w:tc>
          <w:tcPr>
            <w:tcW w:w="2880" w:type="dxa"/>
          </w:tcPr>
          <w:p w14:paraId="1693DF21" w14:textId="77777777" w:rsidR="00C51C55" w:rsidRDefault="00000000">
            <w:pPr>
              <w:cnfStyle w:val="000000100000" w:firstRow="0" w:lastRow="0" w:firstColumn="0" w:lastColumn="0" w:oddVBand="0" w:evenVBand="0" w:oddHBand="1" w:evenHBand="0" w:firstRowFirstColumn="0" w:firstRowLastColumn="0" w:lastRowFirstColumn="0" w:lastRowLastColumn="0"/>
            </w:pPr>
            <w:r>
              <w:t>Login issue on portal</w:t>
            </w:r>
          </w:p>
        </w:tc>
      </w:tr>
    </w:tbl>
    <w:p w14:paraId="57609C47" w14:textId="77777777" w:rsidR="00C51C55" w:rsidRDefault="00C51C55"/>
    <w:p w14:paraId="30583D90" w14:textId="77777777" w:rsidR="00C51C55" w:rsidRDefault="00000000">
      <w:pPr>
        <w:pStyle w:val="Heading2"/>
      </w:pPr>
      <w:r>
        <w:t>2. ticket_assigned</w:t>
      </w:r>
    </w:p>
    <w:p w14:paraId="443E9B1F" w14:textId="77777777" w:rsidR="00C51C55" w:rsidRDefault="00000000">
      <w:r>
        <w:rPr>
          <w:b/>
          <w:sz w:val="20"/>
        </w:rPr>
        <w:t>Template name (paste into “Name”):</w:t>
      </w:r>
    </w:p>
    <w:p w14:paraId="30D1DDFD" w14:textId="77777777" w:rsidR="00C51C55" w:rsidRDefault="00000000">
      <w:pPr>
        <w:shd w:val="clear" w:color="auto" w:fill="F2F2F2"/>
        <w:ind w:left="216"/>
      </w:pPr>
      <w:r>
        <w:rPr>
          <w:rFonts w:ascii="Consolas" w:hAnsi="Consolas"/>
        </w:rPr>
        <w:t>ticket_assigned</w:t>
      </w:r>
    </w:p>
    <w:p w14:paraId="7E3DF1B2" w14:textId="77777777" w:rsidR="00C51C55" w:rsidRDefault="00000000">
      <w:r>
        <w:rPr>
          <w:b/>
          <w:sz w:val="20"/>
        </w:rPr>
        <w:t>Content (paste into “Body” / “Content”):</w:t>
      </w:r>
    </w:p>
    <w:p w14:paraId="296E421C" w14:textId="77777777" w:rsidR="00C51C55" w:rsidRDefault="00000000">
      <w:pPr>
        <w:shd w:val="clear" w:color="auto" w:fill="F2F2F2"/>
        <w:ind w:left="216"/>
      </w:pPr>
      <w:r>
        <w:rPr>
          <w:rFonts w:ascii="Consolas" w:hAnsi="Consolas"/>
        </w:rPr>
        <w:t>Hello {{1}}, your ticket has been assigned to {{2}}. Subject: {{3}}.</w:t>
      </w:r>
    </w:p>
    <w:p w14:paraId="05EAFD2C" w14:textId="77777777" w:rsidR="00C51C55" w:rsidRDefault="00000000">
      <w:pPr>
        <w:spacing w:after="160"/>
      </w:pPr>
      <w:r>
        <w:rPr>
          <w:b/>
        </w:rPr>
        <w:t xml:space="preserve">Category: </w:t>
      </w:r>
      <w:r>
        <w:t xml:space="preserve">UTILITY    </w:t>
      </w:r>
      <w:r>
        <w:rPr>
          <w:b/>
        </w:rPr>
        <w:t xml:space="preserve">Language: </w:t>
      </w:r>
      <w:r>
        <w:t xml:space="preserve">en    </w:t>
      </w:r>
      <w:r>
        <w:rPr>
          <w:b/>
        </w:rPr>
        <w:t xml:space="preserve">Header: </w:t>
      </w:r>
      <w:r>
        <w:t>None — REQUIRED text-only, no image/document/video header</w:t>
      </w:r>
    </w:p>
    <w:p w14:paraId="22FF4206" w14:textId="77777777" w:rsidR="00C51C55" w:rsidRDefault="00000000">
      <w:r>
        <w:rPr>
          <w:b/>
        </w:rPr>
        <w:t>Sample values for the approval form (in order):</w:t>
      </w:r>
    </w:p>
    <w:tbl>
      <w:tblPr>
        <w:tblStyle w:val="LightList-Accent1"/>
        <w:tblW w:w="0" w:type="auto"/>
        <w:tblLook w:val="04A0" w:firstRow="1" w:lastRow="0" w:firstColumn="1" w:lastColumn="0" w:noHBand="0" w:noVBand="1"/>
      </w:tblPr>
      <w:tblGrid>
        <w:gridCol w:w="2880"/>
        <w:gridCol w:w="2880"/>
        <w:gridCol w:w="2880"/>
      </w:tblGrid>
      <w:tr w:rsidR="00C51C55" w14:paraId="6A41E2D2" w14:textId="77777777" w:rsidTr="00C51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594AD22" w14:textId="77777777" w:rsidR="00C51C55" w:rsidRDefault="00000000">
            <w:r>
              <w:t>Variable</w:t>
            </w:r>
          </w:p>
        </w:tc>
        <w:tc>
          <w:tcPr>
            <w:tcW w:w="2880" w:type="dxa"/>
          </w:tcPr>
          <w:p w14:paraId="23C2B9BC" w14:textId="77777777" w:rsidR="00C51C55" w:rsidRDefault="00000000">
            <w:pPr>
              <w:cnfStyle w:val="100000000000" w:firstRow="1" w:lastRow="0" w:firstColumn="0" w:lastColumn="0" w:oddVBand="0" w:evenVBand="0" w:oddHBand="0" w:evenHBand="0" w:firstRowFirstColumn="0" w:firstRowLastColumn="0" w:lastRowFirstColumn="0" w:lastRowLastColumn="0"/>
            </w:pPr>
            <w:r>
              <w:t>Meaning</w:t>
            </w:r>
          </w:p>
        </w:tc>
        <w:tc>
          <w:tcPr>
            <w:tcW w:w="2880" w:type="dxa"/>
          </w:tcPr>
          <w:p w14:paraId="005C269C" w14:textId="77777777" w:rsidR="00C51C55" w:rsidRDefault="00000000">
            <w:pPr>
              <w:cnfStyle w:val="100000000000" w:firstRow="1" w:lastRow="0" w:firstColumn="0" w:lastColumn="0" w:oddVBand="0" w:evenVBand="0" w:oddHBand="0" w:evenHBand="0" w:firstRowFirstColumn="0" w:firstRowLastColumn="0" w:lastRowFirstColumn="0" w:lastRowLastColumn="0"/>
            </w:pPr>
            <w:r>
              <w:t>Example value to paste</w:t>
            </w:r>
          </w:p>
        </w:tc>
      </w:tr>
      <w:tr w:rsidR="00C51C55" w14:paraId="3A57F6CB"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CA77C50" w14:textId="77777777" w:rsidR="00C51C55" w:rsidRDefault="00000000">
            <w:r>
              <w:t>{{1}}</w:t>
            </w:r>
          </w:p>
        </w:tc>
        <w:tc>
          <w:tcPr>
            <w:tcW w:w="2880" w:type="dxa"/>
          </w:tcPr>
          <w:p w14:paraId="4058F21D" w14:textId="77777777" w:rsidR="00C51C55" w:rsidRDefault="00000000">
            <w:pPr>
              <w:cnfStyle w:val="000000100000" w:firstRow="0" w:lastRow="0" w:firstColumn="0" w:lastColumn="0" w:oddVBand="0" w:evenVBand="0" w:oddHBand="1" w:evenHBand="0" w:firstRowFirstColumn="0" w:firstRowLastColumn="0" w:lastRowFirstColumn="0" w:lastRowLastColumn="0"/>
            </w:pPr>
            <w:r>
              <w:t>Client first name</w:t>
            </w:r>
          </w:p>
        </w:tc>
        <w:tc>
          <w:tcPr>
            <w:tcW w:w="2880" w:type="dxa"/>
          </w:tcPr>
          <w:p w14:paraId="2F4D0F7D" w14:textId="77777777" w:rsidR="00C51C55" w:rsidRDefault="00000000">
            <w:pPr>
              <w:cnfStyle w:val="000000100000" w:firstRow="0" w:lastRow="0" w:firstColumn="0" w:lastColumn="0" w:oddVBand="0" w:evenVBand="0" w:oddHBand="1" w:evenHBand="0" w:firstRowFirstColumn="0" w:firstRowLastColumn="0" w:lastRowFirstColumn="0" w:lastRowLastColumn="0"/>
            </w:pPr>
            <w:r>
              <w:t>John</w:t>
            </w:r>
          </w:p>
        </w:tc>
      </w:tr>
      <w:tr w:rsidR="00C51C55" w14:paraId="4D20C5F9" w14:textId="77777777" w:rsidTr="00C51C55">
        <w:tc>
          <w:tcPr>
            <w:cnfStyle w:val="001000000000" w:firstRow="0" w:lastRow="0" w:firstColumn="1" w:lastColumn="0" w:oddVBand="0" w:evenVBand="0" w:oddHBand="0" w:evenHBand="0" w:firstRowFirstColumn="0" w:firstRowLastColumn="0" w:lastRowFirstColumn="0" w:lastRowLastColumn="0"/>
            <w:tcW w:w="2880" w:type="dxa"/>
          </w:tcPr>
          <w:p w14:paraId="5BA38F0E" w14:textId="77777777" w:rsidR="00C51C55" w:rsidRDefault="00000000">
            <w:r>
              <w:t>{{2}}</w:t>
            </w:r>
          </w:p>
        </w:tc>
        <w:tc>
          <w:tcPr>
            <w:tcW w:w="2880" w:type="dxa"/>
          </w:tcPr>
          <w:p w14:paraId="2CB3E69A" w14:textId="77777777" w:rsidR="00C51C55" w:rsidRDefault="00000000">
            <w:pPr>
              <w:cnfStyle w:val="000000000000" w:firstRow="0" w:lastRow="0" w:firstColumn="0" w:lastColumn="0" w:oddVBand="0" w:evenVBand="0" w:oddHBand="0" w:evenHBand="0" w:firstRowFirstColumn="0" w:firstRowLastColumn="0" w:lastRowFirstColumn="0" w:lastRowLastColumn="0"/>
            </w:pPr>
            <w:r>
              <w:t>Technician first name</w:t>
            </w:r>
          </w:p>
        </w:tc>
        <w:tc>
          <w:tcPr>
            <w:tcW w:w="2880" w:type="dxa"/>
          </w:tcPr>
          <w:p w14:paraId="0CA2659C" w14:textId="77777777" w:rsidR="00C51C55" w:rsidRDefault="00000000">
            <w:pPr>
              <w:cnfStyle w:val="000000000000" w:firstRow="0" w:lastRow="0" w:firstColumn="0" w:lastColumn="0" w:oddVBand="0" w:evenVBand="0" w:oddHBand="0" w:evenHBand="0" w:firstRowFirstColumn="0" w:firstRowLastColumn="0" w:lastRowFirstColumn="0" w:lastRowLastColumn="0"/>
            </w:pPr>
            <w:r>
              <w:t>Grace</w:t>
            </w:r>
          </w:p>
        </w:tc>
      </w:tr>
      <w:tr w:rsidR="00C51C55" w14:paraId="5810CDC7"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D57B30D" w14:textId="77777777" w:rsidR="00C51C55" w:rsidRDefault="00000000">
            <w:r>
              <w:t>{{3}}</w:t>
            </w:r>
          </w:p>
        </w:tc>
        <w:tc>
          <w:tcPr>
            <w:tcW w:w="2880" w:type="dxa"/>
          </w:tcPr>
          <w:p w14:paraId="287CF282" w14:textId="77777777" w:rsidR="00C51C55" w:rsidRDefault="00000000">
            <w:pPr>
              <w:cnfStyle w:val="000000100000" w:firstRow="0" w:lastRow="0" w:firstColumn="0" w:lastColumn="0" w:oddVBand="0" w:evenVBand="0" w:oddHBand="1" w:evenHBand="0" w:firstRowFirstColumn="0" w:firstRowLastColumn="0" w:lastRowFirstColumn="0" w:lastRowLastColumn="0"/>
            </w:pPr>
            <w:r>
              <w:t>Ticket subject</w:t>
            </w:r>
          </w:p>
        </w:tc>
        <w:tc>
          <w:tcPr>
            <w:tcW w:w="2880" w:type="dxa"/>
          </w:tcPr>
          <w:p w14:paraId="5C703792" w14:textId="77777777" w:rsidR="00C51C55" w:rsidRDefault="00000000">
            <w:pPr>
              <w:cnfStyle w:val="000000100000" w:firstRow="0" w:lastRow="0" w:firstColumn="0" w:lastColumn="0" w:oddVBand="0" w:evenVBand="0" w:oddHBand="1" w:evenHBand="0" w:firstRowFirstColumn="0" w:firstRowLastColumn="0" w:lastRowFirstColumn="0" w:lastRowLastColumn="0"/>
            </w:pPr>
            <w:r>
              <w:t>Login issue on portal</w:t>
            </w:r>
          </w:p>
        </w:tc>
      </w:tr>
    </w:tbl>
    <w:p w14:paraId="17B34128" w14:textId="77777777" w:rsidR="00C51C55" w:rsidRDefault="00C51C55"/>
    <w:p w14:paraId="52D76AA8" w14:textId="77777777" w:rsidR="00C51C55" w:rsidRDefault="00000000">
      <w:pPr>
        <w:pStyle w:val="Heading2"/>
      </w:pPr>
      <w:r>
        <w:t>3. technician_assigned</w:t>
      </w:r>
    </w:p>
    <w:p w14:paraId="2D2381AE" w14:textId="77777777" w:rsidR="00C51C55" w:rsidRDefault="00000000">
      <w:r>
        <w:rPr>
          <w:b/>
          <w:sz w:val="20"/>
        </w:rPr>
        <w:t>Template name (paste into “Name”):</w:t>
      </w:r>
    </w:p>
    <w:p w14:paraId="4632B119" w14:textId="77777777" w:rsidR="00C51C55" w:rsidRDefault="00000000">
      <w:pPr>
        <w:shd w:val="clear" w:color="auto" w:fill="F2F2F2"/>
        <w:ind w:left="216"/>
      </w:pPr>
      <w:r>
        <w:rPr>
          <w:rFonts w:ascii="Consolas" w:hAnsi="Consolas"/>
        </w:rPr>
        <w:t>technician_assigned</w:t>
      </w:r>
    </w:p>
    <w:p w14:paraId="21C0F176" w14:textId="77777777" w:rsidR="00C51C55" w:rsidRDefault="00000000">
      <w:r>
        <w:rPr>
          <w:b/>
          <w:sz w:val="20"/>
        </w:rPr>
        <w:t>Content (paste into “Body” / “Content”):</w:t>
      </w:r>
    </w:p>
    <w:p w14:paraId="01FC0C7F" w14:textId="77777777" w:rsidR="00C51C55" w:rsidRDefault="00000000">
      <w:pPr>
        <w:shd w:val="clear" w:color="auto" w:fill="F2F2F2"/>
        <w:ind w:left="216"/>
      </w:pPr>
      <w:r>
        <w:rPr>
          <w:rFonts w:ascii="Consolas" w:hAnsi="Consolas"/>
        </w:rPr>
        <w:lastRenderedPageBreak/>
        <w:t>Hi {{1}}, you have been assigned a new ticket. Subject: {{2}}. Priority: {{3}}.</w:t>
      </w:r>
    </w:p>
    <w:p w14:paraId="3D780255" w14:textId="77777777" w:rsidR="00C51C55" w:rsidRDefault="00000000">
      <w:pPr>
        <w:spacing w:after="160"/>
      </w:pPr>
      <w:r>
        <w:rPr>
          <w:b/>
        </w:rPr>
        <w:t xml:space="preserve">Category: </w:t>
      </w:r>
      <w:r>
        <w:t xml:space="preserve">UTILITY    </w:t>
      </w:r>
      <w:r>
        <w:rPr>
          <w:b/>
        </w:rPr>
        <w:t xml:space="preserve">Language: </w:t>
      </w:r>
      <w:r>
        <w:t xml:space="preserve">en    </w:t>
      </w:r>
      <w:r>
        <w:rPr>
          <w:b/>
        </w:rPr>
        <w:t xml:space="preserve">Header: </w:t>
      </w:r>
      <w:r>
        <w:t>None — REQUIRED text-only, no image/document/video header</w:t>
      </w:r>
    </w:p>
    <w:p w14:paraId="3FFE5870" w14:textId="77777777" w:rsidR="00C51C55" w:rsidRDefault="00000000">
      <w:r>
        <w:rPr>
          <w:b/>
        </w:rPr>
        <w:t>Sample values for the approval form (in order):</w:t>
      </w:r>
    </w:p>
    <w:tbl>
      <w:tblPr>
        <w:tblStyle w:val="LightList-Accent1"/>
        <w:tblW w:w="0" w:type="auto"/>
        <w:tblLook w:val="04A0" w:firstRow="1" w:lastRow="0" w:firstColumn="1" w:lastColumn="0" w:noHBand="0" w:noVBand="1"/>
      </w:tblPr>
      <w:tblGrid>
        <w:gridCol w:w="2880"/>
        <w:gridCol w:w="2880"/>
        <w:gridCol w:w="2880"/>
      </w:tblGrid>
      <w:tr w:rsidR="00C51C55" w14:paraId="03A9122D" w14:textId="77777777" w:rsidTr="00C51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B939E33" w14:textId="77777777" w:rsidR="00C51C55" w:rsidRDefault="00000000">
            <w:r>
              <w:t>Variable</w:t>
            </w:r>
          </w:p>
        </w:tc>
        <w:tc>
          <w:tcPr>
            <w:tcW w:w="2880" w:type="dxa"/>
          </w:tcPr>
          <w:p w14:paraId="0928D862" w14:textId="77777777" w:rsidR="00C51C55" w:rsidRDefault="00000000">
            <w:pPr>
              <w:cnfStyle w:val="100000000000" w:firstRow="1" w:lastRow="0" w:firstColumn="0" w:lastColumn="0" w:oddVBand="0" w:evenVBand="0" w:oddHBand="0" w:evenHBand="0" w:firstRowFirstColumn="0" w:firstRowLastColumn="0" w:lastRowFirstColumn="0" w:lastRowLastColumn="0"/>
            </w:pPr>
            <w:r>
              <w:t>Meaning</w:t>
            </w:r>
          </w:p>
        </w:tc>
        <w:tc>
          <w:tcPr>
            <w:tcW w:w="2880" w:type="dxa"/>
          </w:tcPr>
          <w:p w14:paraId="7F01D082" w14:textId="77777777" w:rsidR="00C51C55" w:rsidRDefault="00000000">
            <w:pPr>
              <w:cnfStyle w:val="100000000000" w:firstRow="1" w:lastRow="0" w:firstColumn="0" w:lastColumn="0" w:oddVBand="0" w:evenVBand="0" w:oddHBand="0" w:evenHBand="0" w:firstRowFirstColumn="0" w:firstRowLastColumn="0" w:lastRowFirstColumn="0" w:lastRowLastColumn="0"/>
            </w:pPr>
            <w:r>
              <w:t>Example value to paste</w:t>
            </w:r>
          </w:p>
        </w:tc>
      </w:tr>
      <w:tr w:rsidR="00C51C55" w14:paraId="6D87ECFD"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82B0112" w14:textId="77777777" w:rsidR="00C51C55" w:rsidRDefault="00000000">
            <w:r>
              <w:t>{{1}}</w:t>
            </w:r>
          </w:p>
        </w:tc>
        <w:tc>
          <w:tcPr>
            <w:tcW w:w="2880" w:type="dxa"/>
          </w:tcPr>
          <w:p w14:paraId="74D4D645" w14:textId="77777777" w:rsidR="00C51C55" w:rsidRDefault="00000000">
            <w:pPr>
              <w:cnfStyle w:val="000000100000" w:firstRow="0" w:lastRow="0" w:firstColumn="0" w:lastColumn="0" w:oddVBand="0" w:evenVBand="0" w:oddHBand="1" w:evenHBand="0" w:firstRowFirstColumn="0" w:firstRowLastColumn="0" w:lastRowFirstColumn="0" w:lastRowLastColumn="0"/>
            </w:pPr>
            <w:r>
              <w:t>Technician first name</w:t>
            </w:r>
          </w:p>
        </w:tc>
        <w:tc>
          <w:tcPr>
            <w:tcW w:w="2880" w:type="dxa"/>
          </w:tcPr>
          <w:p w14:paraId="242D00E4" w14:textId="77777777" w:rsidR="00C51C55" w:rsidRDefault="00000000">
            <w:pPr>
              <w:cnfStyle w:val="000000100000" w:firstRow="0" w:lastRow="0" w:firstColumn="0" w:lastColumn="0" w:oddVBand="0" w:evenVBand="0" w:oddHBand="1" w:evenHBand="0" w:firstRowFirstColumn="0" w:firstRowLastColumn="0" w:lastRowFirstColumn="0" w:lastRowLastColumn="0"/>
            </w:pPr>
            <w:r>
              <w:t>Grace</w:t>
            </w:r>
          </w:p>
        </w:tc>
      </w:tr>
      <w:tr w:rsidR="00C51C55" w14:paraId="6723E6A1" w14:textId="77777777" w:rsidTr="00C51C55">
        <w:tc>
          <w:tcPr>
            <w:cnfStyle w:val="001000000000" w:firstRow="0" w:lastRow="0" w:firstColumn="1" w:lastColumn="0" w:oddVBand="0" w:evenVBand="0" w:oddHBand="0" w:evenHBand="0" w:firstRowFirstColumn="0" w:firstRowLastColumn="0" w:lastRowFirstColumn="0" w:lastRowLastColumn="0"/>
            <w:tcW w:w="2880" w:type="dxa"/>
          </w:tcPr>
          <w:p w14:paraId="129B8EAA" w14:textId="77777777" w:rsidR="00C51C55" w:rsidRDefault="00000000">
            <w:r>
              <w:t>{{2}}</w:t>
            </w:r>
          </w:p>
        </w:tc>
        <w:tc>
          <w:tcPr>
            <w:tcW w:w="2880" w:type="dxa"/>
          </w:tcPr>
          <w:p w14:paraId="74BCC0D5" w14:textId="77777777" w:rsidR="00C51C55" w:rsidRDefault="00000000">
            <w:pPr>
              <w:cnfStyle w:val="000000000000" w:firstRow="0" w:lastRow="0" w:firstColumn="0" w:lastColumn="0" w:oddVBand="0" w:evenVBand="0" w:oddHBand="0" w:evenHBand="0" w:firstRowFirstColumn="0" w:firstRowLastColumn="0" w:lastRowFirstColumn="0" w:lastRowLastColumn="0"/>
            </w:pPr>
            <w:r>
              <w:t>Ticket subject</w:t>
            </w:r>
          </w:p>
        </w:tc>
        <w:tc>
          <w:tcPr>
            <w:tcW w:w="2880" w:type="dxa"/>
          </w:tcPr>
          <w:p w14:paraId="083EAA9C" w14:textId="77777777" w:rsidR="00C51C55" w:rsidRDefault="00000000">
            <w:pPr>
              <w:cnfStyle w:val="000000000000" w:firstRow="0" w:lastRow="0" w:firstColumn="0" w:lastColumn="0" w:oddVBand="0" w:evenVBand="0" w:oddHBand="0" w:evenHBand="0" w:firstRowFirstColumn="0" w:firstRowLastColumn="0" w:lastRowFirstColumn="0" w:lastRowLastColumn="0"/>
            </w:pPr>
            <w:r>
              <w:t>Login issue on portal</w:t>
            </w:r>
          </w:p>
        </w:tc>
      </w:tr>
      <w:tr w:rsidR="00C51C55" w14:paraId="59B882E6"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753A506" w14:textId="77777777" w:rsidR="00C51C55" w:rsidRDefault="00000000">
            <w:r>
              <w:t>{{3}}</w:t>
            </w:r>
          </w:p>
        </w:tc>
        <w:tc>
          <w:tcPr>
            <w:tcW w:w="2880" w:type="dxa"/>
          </w:tcPr>
          <w:p w14:paraId="0EEEBEA9" w14:textId="77777777" w:rsidR="00C51C55" w:rsidRDefault="00000000">
            <w:pPr>
              <w:cnfStyle w:val="000000100000" w:firstRow="0" w:lastRow="0" w:firstColumn="0" w:lastColumn="0" w:oddVBand="0" w:evenVBand="0" w:oddHBand="1" w:evenHBand="0" w:firstRowFirstColumn="0" w:firstRowLastColumn="0" w:lastRowFirstColumn="0" w:lastRowLastColumn="0"/>
            </w:pPr>
            <w:r>
              <w:t>Priority (e.g. High, Medium, Low)</w:t>
            </w:r>
          </w:p>
        </w:tc>
        <w:tc>
          <w:tcPr>
            <w:tcW w:w="2880" w:type="dxa"/>
          </w:tcPr>
          <w:p w14:paraId="781506F3" w14:textId="77777777" w:rsidR="00C51C55" w:rsidRDefault="00000000">
            <w:pPr>
              <w:cnfStyle w:val="000000100000" w:firstRow="0" w:lastRow="0" w:firstColumn="0" w:lastColumn="0" w:oddVBand="0" w:evenVBand="0" w:oddHBand="1" w:evenHBand="0" w:firstRowFirstColumn="0" w:firstRowLastColumn="0" w:lastRowFirstColumn="0" w:lastRowLastColumn="0"/>
            </w:pPr>
            <w:r>
              <w:t>High</w:t>
            </w:r>
          </w:p>
        </w:tc>
      </w:tr>
    </w:tbl>
    <w:p w14:paraId="16829DAE" w14:textId="77777777" w:rsidR="00C51C55" w:rsidRDefault="00C51C55"/>
    <w:p w14:paraId="2BE7D3CF" w14:textId="77777777" w:rsidR="00C51C55" w:rsidRDefault="00000000">
      <w:pPr>
        <w:pStyle w:val="Heading2"/>
      </w:pPr>
      <w:r>
        <w:t>4. ticket_replied</w:t>
      </w:r>
    </w:p>
    <w:p w14:paraId="77B57D7E" w14:textId="77777777" w:rsidR="00C51C55" w:rsidRDefault="00000000">
      <w:r>
        <w:rPr>
          <w:b/>
          <w:sz w:val="20"/>
        </w:rPr>
        <w:t>Template name (paste into “Name”):</w:t>
      </w:r>
    </w:p>
    <w:p w14:paraId="089C4E0D" w14:textId="77777777" w:rsidR="00C51C55" w:rsidRDefault="00000000">
      <w:pPr>
        <w:shd w:val="clear" w:color="auto" w:fill="F2F2F2"/>
        <w:ind w:left="216"/>
      </w:pPr>
      <w:r>
        <w:rPr>
          <w:rFonts w:ascii="Consolas" w:hAnsi="Consolas"/>
        </w:rPr>
        <w:t>ticket_replied</w:t>
      </w:r>
    </w:p>
    <w:p w14:paraId="6F6B0530" w14:textId="77777777" w:rsidR="00C51C55" w:rsidRDefault="00000000">
      <w:r>
        <w:rPr>
          <w:b/>
          <w:sz w:val="20"/>
        </w:rPr>
        <w:t>Content (paste into “Body” / “Content”):</w:t>
      </w:r>
    </w:p>
    <w:p w14:paraId="77B2F2AD" w14:textId="77777777" w:rsidR="00C51C55" w:rsidRDefault="00000000">
      <w:pPr>
        <w:shd w:val="clear" w:color="auto" w:fill="F2F2F2"/>
        <w:ind w:left="216"/>
      </w:pPr>
      <w:r>
        <w:rPr>
          <w:rFonts w:ascii="Consolas" w:hAnsi="Consolas"/>
        </w:rPr>
        <w:t>Hello {{1}}, there is a new reply: {{2}}</w:t>
      </w:r>
    </w:p>
    <w:p w14:paraId="2714DAF3" w14:textId="77777777" w:rsidR="00C51C55" w:rsidRDefault="00000000">
      <w:pPr>
        <w:spacing w:after="160"/>
      </w:pPr>
      <w:r>
        <w:rPr>
          <w:b/>
        </w:rPr>
        <w:t xml:space="preserve">Category: </w:t>
      </w:r>
      <w:r>
        <w:t xml:space="preserve">UTILITY    </w:t>
      </w:r>
      <w:r>
        <w:rPr>
          <w:b/>
        </w:rPr>
        <w:t xml:space="preserve">Language: </w:t>
      </w:r>
      <w:r>
        <w:t xml:space="preserve">en    </w:t>
      </w:r>
      <w:r>
        <w:rPr>
          <w:b/>
        </w:rPr>
        <w:t xml:space="preserve">Header: </w:t>
      </w:r>
      <w:r>
        <w:t>None (text-only)</w:t>
      </w:r>
    </w:p>
    <w:p w14:paraId="662058BE" w14:textId="77777777" w:rsidR="00C51C55" w:rsidRDefault="00000000">
      <w:r>
        <w:rPr>
          <w:b/>
        </w:rPr>
        <w:t>Sample values for the approval form (in order):</w:t>
      </w:r>
    </w:p>
    <w:tbl>
      <w:tblPr>
        <w:tblStyle w:val="LightList-Accent1"/>
        <w:tblW w:w="0" w:type="auto"/>
        <w:tblLook w:val="04A0" w:firstRow="1" w:lastRow="0" w:firstColumn="1" w:lastColumn="0" w:noHBand="0" w:noVBand="1"/>
      </w:tblPr>
      <w:tblGrid>
        <w:gridCol w:w="2880"/>
        <w:gridCol w:w="2880"/>
        <w:gridCol w:w="2880"/>
      </w:tblGrid>
      <w:tr w:rsidR="00C51C55" w14:paraId="0CD11D8D" w14:textId="77777777" w:rsidTr="00C51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1F96145" w14:textId="77777777" w:rsidR="00C51C55" w:rsidRDefault="00000000">
            <w:r>
              <w:t>Variable</w:t>
            </w:r>
          </w:p>
        </w:tc>
        <w:tc>
          <w:tcPr>
            <w:tcW w:w="2880" w:type="dxa"/>
          </w:tcPr>
          <w:p w14:paraId="57154B4A" w14:textId="77777777" w:rsidR="00C51C55" w:rsidRDefault="00000000">
            <w:pPr>
              <w:cnfStyle w:val="100000000000" w:firstRow="1" w:lastRow="0" w:firstColumn="0" w:lastColumn="0" w:oddVBand="0" w:evenVBand="0" w:oddHBand="0" w:evenHBand="0" w:firstRowFirstColumn="0" w:firstRowLastColumn="0" w:lastRowFirstColumn="0" w:lastRowLastColumn="0"/>
            </w:pPr>
            <w:r>
              <w:t>Meaning</w:t>
            </w:r>
          </w:p>
        </w:tc>
        <w:tc>
          <w:tcPr>
            <w:tcW w:w="2880" w:type="dxa"/>
          </w:tcPr>
          <w:p w14:paraId="66F62AB4" w14:textId="77777777" w:rsidR="00C51C55" w:rsidRDefault="00000000">
            <w:pPr>
              <w:cnfStyle w:val="100000000000" w:firstRow="1" w:lastRow="0" w:firstColumn="0" w:lastColumn="0" w:oddVBand="0" w:evenVBand="0" w:oddHBand="0" w:evenHBand="0" w:firstRowFirstColumn="0" w:firstRowLastColumn="0" w:lastRowFirstColumn="0" w:lastRowLastColumn="0"/>
            </w:pPr>
            <w:r>
              <w:t>Example value to paste</w:t>
            </w:r>
          </w:p>
        </w:tc>
      </w:tr>
      <w:tr w:rsidR="00C51C55" w14:paraId="632EC2D3"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D675BC0" w14:textId="77777777" w:rsidR="00C51C55" w:rsidRDefault="00000000">
            <w:r>
              <w:t>{{1}}</w:t>
            </w:r>
          </w:p>
        </w:tc>
        <w:tc>
          <w:tcPr>
            <w:tcW w:w="2880" w:type="dxa"/>
          </w:tcPr>
          <w:p w14:paraId="1137B111" w14:textId="77777777" w:rsidR="00C51C55" w:rsidRDefault="00000000">
            <w:pPr>
              <w:cnfStyle w:val="000000100000" w:firstRow="0" w:lastRow="0" w:firstColumn="0" w:lastColumn="0" w:oddVBand="0" w:evenVBand="0" w:oddHBand="1" w:evenHBand="0" w:firstRowFirstColumn="0" w:firstRowLastColumn="0" w:lastRowFirstColumn="0" w:lastRowLastColumn="0"/>
            </w:pPr>
            <w:r>
              <w:t>Recipient first name</w:t>
            </w:r>
          </w:p>
        </w:tc>
        <w:tc>
          <w:tcPr>
            <w:tcW w:w="2880" w:type="dxa"/>
          </w:tcPr>
          <w:p w14:paraId="20908443" w14:textId="77777777" w:rsidR="00C51C55" w:rsidRDefault="00000000">
            <w:pPr>
              <w:cnfStyle w:val="000000100000" w:firstRow="0" w:lastRow="0" w:firstColumn="0" w:lastColumn="0" w:oddVBand="0" w:evenVBand="0" w:oddHBand="1" w:evenHBand="0" w:firstRowFirstColumn="0" w:firstRowLastColumn="0" w:lastRowFirstColumn="0" w:lastRowLastColumn="0"/>
            </w:pPr>
            <w:r>
              <w:t>John</w:t>
            </w:r>
          </w:p>
        </w:tc>
      </w:tr>
      <w:tr w:rsidR="00C51C55" w14:paraId="7E3D8A16" w14:textId="77777777" w:rsidTr="00C51C55">
        <w:tc>
          <w:tcPr>
            <w:cnfStyle w:val="001000000000" w:firstRow="0" w:lastRow="0" w:firstColumn="1" w:lastColumn="0" w:oddVBand="0" w:evenVBand="0" w:oddHBand="0" w:evenHBand="0" w:firstRowFirstColumn="0" w:firstRowLastColumn="0" w:lastRowFirstColumn="0" w:lastRowLastColumn="0"/>
            <w:tcW w:w="2880" w:type="dxa"/>
          </w:tcPr>
          <w:p w14:paraId="13F4F33E" w14:textId="77777777" w:rsidR="00C51C55" w:rsidRDefault="00000000">
            <w:r>
              <w:t>{{2}}</w:t>
            </w:r>
          </w:p>
        </w:tc>
        <w:tc>
          <w:tcPr>
            <w:tcW w:w="2880" w:type="dxa"/>
          </w:tcPr>
          <w:p w14:paraId="37245C27" w14:textId="77777777" w:rsidR="00C51C55" w:rsidRDefault="00000000">
            <w:pPr>
              <w:cnfStyle w:val="000000000000" w:firstRow="0" w:lastRow="0" w:firstColumn="0" w:lastColumn="0" w:oddVBand="0" w:evenVBand="0" w:oddHBand="0" w:evenHBand="0" w:firstRowFirstColumn="0" w:firstRowLastColumn="0" w:lastRowFirstColumn="0" w:lastRowLastColumn="0"/>
            </w:pPr>
            <w:r>
              <w:t>Reply preview (up to ~200 characters)</w:t>
            </w:r>
          </w:p>
        </w:tc>
        <w:tc>
          <w:tcPr>
            <w:tcW w:w="2880" w:type="dxa"/>
          </w:tcPr>
          <w:p w14:paraId="08F01AB7" w14:textId="77777777" w:rsidR="00C51C55" w:rsidRDefault="00000000">
            <w:pPr>
              <w:cnfStyle w:val="000000000000" w:firstRow="0" w:lastRow="0" w:firstColumn="0" w:lastColumn="0" w:oddVBand="0" w:evenVBand="0" w:oddHBand="0" w:evenHBand="0" w:firstRowFirstColumn="0" w:firstRowLastColumn="0" w:lastRowFirstColumn="0" w:lastRowLastColumn="0"/>
            </w:pPr>
            <w:r>
              <w:t>We're looking into this now and will update you shortly.</w:t>
            </w:r>
          </w:p>
        </w:tc>
      </w:tr>
    </w:tbl>
    <w:p w14:paraId="19E76342" w14:textId="77777777" w:rsidR="00C51C55" w:rsidRDefault="00C51C55"/>
    <w:p w14:paraId="5CD798CA" w14:textId="77777777" w:rsidR="00C51C55" w:rsidRDefault="00000000">
      <w:pPr>
        <w:pStyle w:val="Heading2"/>
      </w:pPr>
      <w:r>
        <w:t>5. ticket_closed</w:t>
      </w:r>
    </w:p>
    <w:p w14:paraId="560D77F7" w14:textId="77777777" w:rsidR="00C51C55" w:rsidRDefault="00000000">
      <w:r>
        <w:rPr>
          <w:b/>
          <w:sz w:val="20"/>
        </w:rPr>
        <w:t>Template name (paste into “Name”):</w:t>
      </w:r>
    </w:p>
    <w:p w14:paraId="5DC01EDD" w14:textId="77777777" w:rsidR="00C51C55" w:rsidRDefault="00000000">
      <w:pPr>
        <w:shd w:val="clear" w:color="auto" w:fill="F2F2F2"/>
        <w:ind w:left="216"/>
      </w:pPr>
      <w:r>
        <w:rPr>
          <w:rFonts w:ascii="Consolas" w:hAnsi="Consolas"/>
        </w:rPr>
        <w:t>ticket_closed</w:t>
      </w:r>
    </w:p>
    <w:p w14:paraId="2E6CDFD9" w14:textId="77777777" w:rsidR="00C51C55" w:rsidRDefault="00000000">
      <w:r>
        <w:rPr>
          <w:b/>
          <w:sz w:val="20"/>
        </w:rPr>
        <w:t>Content (paste into “Body” / “Content”):</w:t>
      </w:r>
    </w:p>
    <w:p w14:paraId="21D46053" w14:textId="77777777" w:rsidR="00C51C55" w:rsidRDefault="00000000">
      <w:pPr>
        <w:shd w:val="clear" w:color="auto" w:fill="F2F2F2"/>
        <w:ind w:left="216"/>
      </w:pPr>
      <w:r>
        <w:rPr>
          <w:rFonts w:ascii="Consolas" w:hAnsi="Consolas"/>
        </w:rPr>
        <w:t>Hello {{1}}, your ticket is now {{2}}. Subject: {{3}}.</w:t>
      </w:r>
    </w:p>
    <w:p w14:paraId="6B80177B" w14:textId="77777777" w:rsidR="00C51C55" w:rsidRDefault="00000000">
      <w:pPr>
        <w:spacing w:after="160"/>
      </w:pPr>
      <w:r>
        <w:rPr>
          <w:b/>
        </w:rPr>
        <w:t xml:space="preserve">Category: </w:t>
      </w:r>
      <w:r>
        <w:t xml:space="preserve">UTILITY    </w:t>
      </w:r>
      <w:r>
        <w:rPr>
          <w:b/>
        </w:rPr>
        <w:t xml:space="preserve">Language: </w:t>
      </w:r>
      <w:r>
        <w:t xml:space="preserve">en    </w:t>
      </w:r>
      <w:r>
        <w:rPr>
          <w:b/>
        </w:rPr>
        <w:t xml:space="preserve">Header: </w:t>
      </w:r>
      <w:r>
        <w:t>None (text-only)</w:t>
      </w:r>
    </w:p>
    <w:p w14:paraId="2C11C6E4" w14:textId="77777777" w:rsidR="00C51C55" w:rsidRDefault="00000000">
      <w:r>
        <w:rPr>
          <w:b/>
        </w:rPr>
        <w:t>Sample values for the approval form (in order):</w:t>
      </w:r>
    </w:p>
    <w:tbl>
      <w:tblPr>
        <w:tblStyle w:val="LightList-Accent1"/>
        <w:tblW w:w="0" w:type="auto"/>
        <w:tblLook w:val="04A0" w:firstRow="1" w:lastRow="0" w:firstColumn="1" w:lastColumn="0" w:noHBand="0" w:noVBand="1"/>
      </w:tblPr>
      <w:tblGrid>
        <w:gridCol w:w="2880"/>
        <w:gridCol w:w="2880"/>
        <w:gridCol w:w="2880"/>
      </w:tblGrid>
      <w:tr w:rsidR="00C51C55" w14:paraId="331F1F77" w14:textId="77777777" w:rsidTr="00C51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107E063" w14:textId="77777777" w:rsidR="00C51C55" w:rsidRDefault="00000000">
            <w:r>
              <w:t>Variable</w:t>
            </w:r>
          </w:p>
        </w:tc>
        <w:tc>
          <w:tcPr>
            <w:tcW w:w="2880" w:type="dxa"/>
          </w:tcPr>
          <w:p w14:paraId="6637FB59" w14:textId="77777777" w:rsidR="00C51C55" w:rsidRDefault="00000000">
            <w:pPr>
              <w:cnfStyle w:val="100000000000" w:firstRow="1" w:lastRow="0" w:firstColumn="0" w:lastColumn="0" w:oddVBand="0" w:evenVBand="0" w:oddHBand="0" w:evenHBand="0" w:firstRowFirstColumn="0" w:firstRowLastColumn="0" w:lastRowFirstColumn="0" w:lastRowLastColumn="0"/>
            </w:pPr>
            <w:r>
              <w:t>Meaning</w:t>
            </w:r>
          </w:p>
        </w:tc>
        <w:tc>
          <w:tcPr>
            <w:tcW w:w="2880" w:type="dxa"/>
          </w:tcPr>
          <w:p w14:paraId="0CB266D1" w14:textId="77777777" w:rsidR="00C51C55" w:rsidRDefault="00000000">
            <w:pPr>
              <w:cnfStyle w:val="100000000000" w:firstRow="1" w:lastRow="0" w:firstColumn="0" w:lastColumn="0" w:oddVBand="0" w:evenVBand="0" w:oddHBand="0" w:evenHBand="0" w:firstRowFirstColumn="0" w:firstRowLastColumn="0" w:lastRowFirstColumn="0" w:lastRowLastColumn="0"/>
            </w:pPr>
            <w:r>
              <w:t>Example value to paste</w:t>
            </w:r>
          </w:p>
        </w:tc>
      </w:tr>
      <w:tr w:rsidR="00C51C55" w14:paraId="51090932"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C06F345" w14:textId="77777777" w:rsidR="00C51C55" w:rsidRDefault="00000000">
            <w:r>
              <w:t>{{1}}</w:t>
            </w:r>
          </w:p>
        </w:tc>
        <w:tc>
          <w:tcPr>
            <w:tcW w:w="2880" w:type="dxa"/>
          </w:tcPr>
          <w:p w14:paraId="41AF6C24" w14:textId="77777777" w:rsidR="00C51C55" w:rsidRDefault="00000000">
            <w:pPr>
              <w:cnfStyle w:val="000000100000" w:firstRow="0" w:lastRow="0" w:firstColumn="0" w:lastColumn="0" w:oddVBand="0" w:evenVBand="0" w:oddHBand="1" w:evenHBand="0" w:firstRowFirstColumn="0" w:firstRowLastColumn="0" w:lastRowFirstColumn="0" w:lastRowLastColumn="0"/>
            </w:pPr>
            <w:r>
              <w:t>Recipient first name</w:t>
            </w:r>
          </w:p>
        </w:tc>
        <w:tc>
          <w:tcPr>
            <w:tcW w:w="2880" w:type="dxa"/>
          </w:tcPr>
          <w:p w14:paraId="01D48543" w14:textId="77777777" w:rsidR="00C51C55" w:rsidRDefault="00000000">
            <w:pPr>
              <w:cnfStyle w:val="000000100000" w:firstRow="0" w:lastRow="0" w:firstColumn="0" w:lastColumn="0" w:oddVBand="0" w:evenVBand="0" w:oddHBand="1" w:evenHBand="0" w:firstRowFirstColumn="0" w:firstRowLastColumn="0" w:lastRowFirstColumn="0" w:lastRowLastColumn="0"/>
            </w:pPr>
            <w:r>
              <w:t>John</w:t>
            </w:r>
          </w:p>
        </w:tc>
      </w:tr>
      <w:tr w:rsidR="00C51C55" w14:paraId="15A16217" w14:textId="77777777" w:rsidTr="00C51C55">
        <w:tc>
          <w:tcPr>
            <w:cnfStyle w:val="001000000000" w:firstRow="0" w:lastRow="0" w:firstColumn="1" w:lastColumn="0" w:oddVBand="0" w:evenVBand="0" w:oddHBand="0" w:evenHBand="0" w:firstRowFirstColumn="0" w:firstRowLastColumn="0" w:lastRowFirstColumn="0" w:lastRowLastColumn="0"/>
            <w:tcW w:w="2880" w:type="dxa"/>
          </w:tcPr>
          <w:p w14:paraId="62B2A34C" w14:textId="77777777" w:rsidR="00C51C55" w:rsidRDefault="00000000">
            <w:r>
              <w:lastRenderedPageBreak/>
              <w:t>{{2}}</w:t>
            </w:r>
          </w:p>
        </w:tc>
        <w:tc>
          <w:tcPr>
            <w:tcW w:w="2880" w:type="dxa"/>
          </w:tcPr>
          <w:p w14:paraId="7A2F8D2C" w14:textId="77777777" w:rsidR="00C51C55" w:rsidRDefault="00000000">
            <w:pPr>
              <w:cnfStyle w:val="000000000000" w:firstRow="0" w:lastRow="0" w:firstColumn="0" w:lastColumn="0" w:oddVBand="0" w:evenVBand="0" w:oddHBand="0" w:evenHBand="0" w:firstRowFirstColumn="0" w:firstRowLastColumn="0" w:lastRowFirstColumn="0" w:lastRowLastColumn="0"/>
            </w:pPr>
            <w:r>
              <w:t>Status (e.g. Resolved, Closed)</w:t>
            </w:r>
          </w:p>
        </w:tc>
        <w:tc>
          <w:tcPr>
            <w:tcW w:w="2880" w:type="dxa"/>
          </w:tcPr>
          <w:p w14:paraId="0D47C6C6" w14:textId="77777777" w:rsidR="00C51C55" w:rsidRDefault="00000000">
            <w:pPr>
              <w:cnfStyle w:val="000000000000" w:firstRow="0" w:lastRow="0" w:firstColumn="0" w:lastColumn="0" w:oddVBand="0" w:evenVBand="0" w:oddHBand="0" w:evenHBand="0" w:firstRowFirstColumn="0" w:firstRowLastColumn="0" w:lastRowFirstColumn="0" w:lastRowLastColumn="0"/>
            </w:pPr>
            <w:r>
              <w:t>Resolved</w:t>
            </w:r>
          </w:p>
        </w:tc>
      </w:tr>
      <w:tr w:rsidR="00C51C55" w14:paraId="75946A51"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B3CBCC2" w14:textId="77777777" w:rsidR="00C51C55" w:rsidRDefault="00000000">
            <w:r>
              <w:t>{{3}}</w:t>
            </w:r>
          </w:p>
        </w:tc>
        <w:tc>
          <w:tcPr>
            <w:tcW w:w="2880" w:type="dxa"/>
          </w:tcPr>
          <w:p w14:paraId="1422455B" w14:textId="77777777" w:rsidR="00C51C55" w:rsidRDefault="00000000">
            <w:pPr>
              <w:cnfStyle w:val="000000100000" w:firstRow="0" w:lastRow="0" w:firstColumn="0" w:lastColumn="0" w:oddVBand="0" w:evenVBand="0" w:oddHBand="1" w:evenHBand="0" w:firstRowFirstColumn="0" w:firstRowLastColumn="0" w:lastRowFirstColumn="0" w:lastRowLastColumn="0"/>
            </w:pPr>
            <w:r>
              <w:t>Ticket subject</w:t>
            </w:r>
          </w:p>
        </w:tc>
        <w:tc>
          <w:tcPr>
            <w:tcW w:w="2880" w:type="dxa"/>
          </w:tcPr>
          <w:p w14:paraId="01CB76AD" w14:textId="77777777" w:rsidR="00C51C55" w:rsidRDefault="00000000">
            <w:pPr>
              <w:cnfStyle w:val="000000100000" w:firstRow="0" w:lastRow="0" w:firstColumn="0" w:lastColumn="0" w:oddVBand="0" w:evenVBand="0" w:oddHBand="1" w:evenHBand="0" w:firstRowFirstColumn="0" w:firstRowLastColumn="0" w:lastRowFirstColumn="0" w:lastRowLastColumn="0"/>
            </w:pPr>
            <w:r>
              <w:t>Login issue on portal</w:t>
            </w:r>
          </w:p>
        </w:tc>
      </w:tr>
    </w:tbl>
    <w:p w14:paraId="59BF8A5B" w14:textId="77777777" w:rsidR="00C51C55" w:rsidRDefault="00C51C55"/>
    <w:p w14:paraId="242BA93D" w14:textId="77777777" w:rsidR="00C51C55" w:rsidRDefault="00000000">
      <w:pPr>
        <w:pStyle w:val="Heading2"/>
      </w:pPr>
      <w:r>
        <w:t>6. status_changed</w:t>
      </w:r>
    </w:p>
    <w:p w14:paraId="3A085D61" w14:textId="77777777" w:rsidR="00C51C55" w:rsidRDefault="00000000">
      <w:r>
        <w:rPr>
          <w:b/>
          <w:sz w:val="20"/>
        </w:rPr>
        <w:t>Template name (paste into “Name”):</w:t>
      </w:r>
    </w:p>
    <w:p w14:paraId="6DF3325E" w14:textId="77777777" w:rsidR="00C51C55" w:rsidRDefault="00000000">
      <w:pPr>
        <w:shd w:val="clear" w:color="auto" w:fill="F2F2F2"/>
        <w:ind w:left="216"/>
      </w:pPr>
      <w:r>
        <w:rPr>
          <w:rFonts w:ascii="Consolas" w:hAnsi="Consolas"/>
        </w:rPr>
        <w:t>status_changed</w:t>
      </w:r>
    </w:p>
    <w:p w14:paraId="25E04213" w14:textId="77777777" w:rsidR="00C51C55" w:rsidRDefault="00000000">
      <w:r>
        <w:rPr>
          <w:b/>
          <w:sz w:val="20"/>
        </w:rPr>
        <w:t>Content (paste into “Body” / “Content”):</w:t>
      </w:r>
    </w:p>
    <w:p w14:paraId="2753AB8B" w14:textId="77777777" w:rsidR="00C51C55" w:rsidRDefault="00000000">
      <w:pPr>
        <w:shd w:val="clear" w:color="auto" w:fill="F2F2F2"/>
        <w:ind w:left="216"/>
      </w:pPr>
      <w:r>
        <w:rPr>
          <w:rFonts w:ascii="Consolas" w:hAnsi="Consolas"/>
        </w:rPr>
        <w:t>Hello {{1}}, your ticket status is now {{2}}. Subject: {{3}}.</w:t>
      </w:r>
    </w:p>
    <w:p w14:paraId="4FE8C8C4" w14:textId="77777777" w:rsidR="00C51C55" w:rsidRDefault="00000000">
      <w:pPr>
        <w:spacing w:after="160"/>
      </w:pPr>
      <w:r>
        <w:rPr>
          <w:b/>
        </w:rPr>
        <w:t xml:space="preserve">Category: </w:t>
      </w:r>
      <w:r>
        <w:t xml:space="preserve">UTILITY    </w:t>
      </w:r>
      <w:r>
        <w:rPr>
          <w:b/>
        </w:rPr>
        <w:t xml:space="preserve">Language: </w:t>
      </w:r>
      <w:r>
        <w:t xml:space="preserve">en    </w:t>
      </w:r>
      <w:r>
        <w:rPr>
          <w:b/>
        </w:rPr>
        <w:t xml:space="preserve">Header: </w:t>
      </w:r>
      <w:r>
        <w:t>None (text-only)</w:t>
      </w:r>
    </w:p>
    <w:p w14:paraId="306AD5CE" w14:textId="77777777" w:rsidR="00C51C55" w:rsidRDefault="00000000">
      <w:r>
        <w:rPr>
          <w:b/>
        </w:rPr>
        <w:t>Sample values for the approval form (in order):</w:t>
      </w:r>
    </w:p>
    <w:tbl>
      <w:tblPr>
        <w:tblStyle w:val="LightList-Accent1"/>
        <w:tblW w:w="0" w:type="auto"/>
        <w:tblLook w:val="04A0" w:firstRow="1" w:lastRow="0" w:firstColumn="1" w:lastColumn="0" w:noHBand="0" w:noVBand="1"/>
      </w:tblPr>
      <w:tblGrid>
        <w:gridCol w:w="2880"/>
        <w:gridCol w:w="2880"/>
        <w:gridCol w:w="2880"/>
      </w:tblGrid>
      <w:tr w:rsidR="00C51C55" w14:paraId="74C34453" w14:textId="77777777" w:rsidTr="00C51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D990812" w14:textId="77777777" w:rsidR="00C51C55" w:rsidRDefault="00000000">
            <w:r>
              <w:t>Variable</w:t>
            </w:r>
          </w:p>
        </w:tc>
        <w:tc>
          <w:tcPr>
            <w:tcW w:w="2880" w:type="dxa"/>
          </w:tcPr>
          <w:p w14:paraId="42D751E9" w14:textId="77777777" w:rsidR="00C51C55" w:rsidRDefault="00000000">
            <w:pPr>
              <w:cnfStyle w:val="100000000000" w:firstRow="1" w:lastRow="0" w:firstColumn="0" w:lastColumn="0" w:oddVBand="0" w:evenVBand="0" w:oddHBand="0" w:evenHBand="0" w:firstRowFirstColumn="0" w:firstRowLastColumn="0" w:lastRowFirstColumn="0" w:lastRowLastColumn="0"/>
            </w:pPr>
            <w:r>
              <w:t>Meaning</w:t>
            </w:r>
          </w:p>
        </w:tc>
        <w:tc>
          <w:tcPr>
            <w:tcW w:w="2880" w:type="dxa"/>
          </w:tcPr>
          <w:p w14:paraId="596E3A66" w14:textId="77777777" w:rsidR="00C51C55" w:rsidRDefault="00000000">
            <w:pPr>
              <w:cnfStyle w:val="100000000000" w:firstRow="1" w:lastRow="0" w:firstColumn="0" w:lastColumn="0" w:oddVBand="0" w:evenVBand="0" w:oddHBand="0" w:evenHBand="0" w:firstRowFirstColumn="0" w:firstRowLastColumn="0" w:lastRowFirstColumn="0" w:lastRowLastColumn="0"/>
            </w:pPr>
            <w:r>
              <w:t>Example value to paste</w:t>
            </w:r>
          </w:p>
        </w:tc>
      </w:tr>
      <w:tr w:rsidR="00C51C55" w14:paraId="5A8805AB"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2212C3A" w14:textId="77777777" w:rsidR="00C51C55" w:rsidRDefault="00000000">
            <w:r>
              <w:t>{{1}}</w:t>
            </w:r>
          </w:p>
        </w:tc>
        <w:tc>
          <w:tcPr>
            <w:tcW w:w="2880" w:type="dxa"/>
          </w:tcPr>
          <w:p w14:paraId="4DAA5B27" w14:textId="77777777" w:rsidR="00C51C55" w:rsidRDefault="00000000">
            <w:pPr>
              <w:cnfStyle w:val="000000100000" w:firstRow="0" w:lastRow="0" w:firstColumn="0" w:lastColumn="0" w:oddVBand="0" w:evenVBand="0" w:oddHBand="1" w:evenHBand="0" w:firstRowFirstColumn="0" w:firstRowLastColumn="0" w:lastRowFirstColumn="0" w:lastRowLastColumn="0"/>
            </w:pPr>
            <w:r>
              <w:t>Recipient first name</w:t>
            </w:r>
          </w:p>
        </w:tc>
        <w:tc>
          <w:tcPr>
            <w:tcW w:w="2880" w:type="dxa"/>
          </w:tcPr>
          <w:p w14:paraId="1B77B5D9" w14:textId="77777777" w:rsidR="00C51C55" w:rsidRDefault="00000000">
            <w:pPr>
              <w:cnfStyle w:val="000000100000" w:firstRow="0" w:lastRow="0" w:firstColumn="0" w:lastColumn="0" w:oddVBand="0" w:evenVBand="0" w:oddHBand="1" w:evenHBand="0" w:firstRowFirstColumn="0" w:firstRowLastColumn="0" w:lastRowFirstColumn="0" w:lastRowLastColumn="0"/>
            </w:pPr>
            <w:r>
              <w:t>John</w:t>
            </w:r>
          </w:p>
        </w:tc>
      </w:tr>
      <w:tr w:rsidR="00C51C55" w14:paraId="3DB07127" w14:textId="77777777" w:rsidTr="00C51C55">
        <w:tc>
          <w:tcPr>
            <w:cnfStyle w:val="001000000000" w:firstRow="0" w:lastRow="0" w:firstColumn="1" w:lastColumn="0" w:oddVBand="0" w:evenVBand="0" w:oddHBand="0" w:evenHBand="0" w:firstRowFirstColumn="0" w:firstRowLastColumn="0" w:lastRowFirstColumn="0" w:lastRowLastColumn="0"/>
            <w:tcW w:w="2880" w:type="dxa"/>
          </w:tcPr>
          <w:p w14:paraId="2F4E6809" w14:textId="77777777" w:rsidR="00C51C55" w:rsidRDefault="00000000">
            <w:r>
              <w:t>{{2}}</w:t>
            </w:r>
          </w:p>
        </w:tc>
        <w:tc>
          <w:tcPr>
            <w:tcW w:w="2880" w:type="dxa"/>
          </w:tcPr>
          <w:p w14:paraId="6DF9DEDC" w14:textId="77777777" w:rsidR="00C51C55" w:rsidRDefault="00000000">
            <w:pPr>
              <w:cnfStyle w:val="000000000000" w:firstRow="0" w:lastRow="0" w:firstColumn="0" w:lastColumn="0" w:oddVBand="0" w:evenVBand="0" w:oddHBand="0" w:evenHBand="0" w:firstRowFirstColumn="0" w:firstRowLastColumn="0" w:lastRowFirstColumn="0" w:lastRowLastColumn="0"/>
            </w:pPr>
            <w:r>
              <w:t>Status label (e.g. Waiting on you, Resolved, Closed)</w:t>
            </w:r>
          </w:p>
        </w:tc>
        <w:tc>
          <w:tcPr>
            <w:tcW w:w="2880" w:type="dxa"/>
          </w:tcPr>
          <w:p w14:paraId="25E7839A" w14:textId="77777777" w:rsidR="00C51C55" w:rsidRDefault="00000000">
            <w:pPr>
              <w:cnfStyle w:val="000000000000" w:firstRow="0" w:lastRow="0" w:firstColumn="0" w:lastColumn="0" w:oddVBand="0" w:evenVBand="0" w:oddHBand="0" w:evenHBand="0" w:firstRowFirstColumn="0" w:firstRowLastColumn="0" w:lastRowFirstColumn="0" w:lastRowLastColumn="0"/>
            </w:pPr>
            <w:r>
              <w:t>Waiting on you</w:t>
            </w:r>
          </w:p>
        </w:tc>
      </w:tr>
      <w:tr w:rsidR="00C51C55" w14:paraId="0FE12B1F"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4F1C693" w14:textId="77777777" w:rsidR="00C51C55" w:rsidRDefault="00000000">
            <w:r>
              <w:t>{{3}}</w:t>
            </w:r>
          </w:p>
        </w:tc>
        <w:tc>
          <w:tcPr>
            <w:tcW w:w="2880" w:type="dxa"/>
          </w:tcPr>
          <w:p w14:paraId="3A5BD456" w14:textId="77777777" w:rsidR="00C51C55" w:rsidRDefault="00000000">
            <w:pPr>
              <w:cnfStyle w:val="000000100000" w:firstRow="0" w:lastRow="0" w:firstColumn="0" w:lastColumn="0" w:oddVBand="0" w:evenVBand="0" w:oddHBand="1" w:evenHBand="0" w:firstRowFirstColumn="0" w:firstRowLastColumn="0" w:lastRowFirstColumn="0" w:lastRowLastColumn="0"/>
            </w:pPr>
            <w:r>
              <w:t>Ticket subject</w:t>
            </w:r>
          </w:p>
        </w:tc>
        <w:tc>
          <w:tcPr>
            <w:tcW w:w="2880" w:type="dxa"/>
          </w:tcPr>
          <w:p w14:paraId="6FEDC666" w14:textId="77777777" w:rsidR="00C51C55" w:rsidRDefault="00000000">
            <w:pPr>
              <w:cnfStyle w:val="000000100000" w:firstRow="0" w:lastRow="0" w:firstColumn="0" w:lastColumn="0" w:oddVBand="0" w:evenVBand="0" w:oddHBand="1" w:evenHBand="0" w:firstRowFirstColumn="0" w:firstRowLastColumn="0" w:lastRowFirstColumn="0" w:lastRowLastColumn="0"/>
            </w:pPr>
            <w:r>
              <w:t>Login issue on portal</w:t>
            </w:r>
          </w:p>
        </w:tc>
      </w:tr>
    </w:tbl>
    <w:p w14:paraId="4C4005AC" w14:textId="77777777" w:rsidR="00C51C55" w:rsidRDefault="00C51C55"/>
    <w:p w14:paraId="4F268747" w14:textId="77777777" w:rsidR="00C51C55" w:rsidRDefault="00000000">
      <w:pPr>
        <w:pStyle w:val="Heading2"/>
      </w:pPr>
      <w:r>
        <w:t>7. ticket_updated</w:t>
      </w:r>
    </w:p>
    <w:p w14:paraId="142088EF" w14:textId="77777777" w:rsidR="00C51C55" w:rsidRDefault="00000000">
      <w:r>
        <w:rPr>
          <w:b/>
          <w:sz w:val="20"/>
        </w:rPr>
        <w:t>Template name (paste into “Name”):</w:t>
      </w:r>
    </w:p>
    <w:p w14:paraId="3F320002" w14:textId="77777777" w:rsidR="00C51C55" w:rsidRDefault="00000000">
      <w:pPr>
        <w:shd w:val="clear" w:color="auto" w:fill="F2F2F2"/>
        <w:ind w:left="216"/>
      </w:pPr>
      <w:r>
        <w:rPr>
          <w:rFonts w:ascii="Consolas" w:hAnsi="Consolas"/>
        </w:rPr>
        <w:t>ticket_updated</w:t>
      </w:r>
    </w:p>
    <w:p w14:paraId="7C3715A1" w14:textId="77777777" w:rsidR="00C51C55" w:rsidRDefault="00000000">
      <w:r>
        <w:rPr>
          <w:b/>
          <w:sz w:val="20"/>
        </w:rPr>
        <w:t>Content (paste into “Body” / “Content”):</w:t>
      </w:r>
    </w:p>
    <w:p w14:paraId="6845B793" w14:textId="77777777" w:rsidR="00C51C55" w:rsidRDefault="00000000">
      <w:pPr>
        <w:shd w:val="clear" w:color="auto" w:fill="F2F2F2"/>
        <w:ind w:left="216"/>
      </w:pPr>
      <w:r>
        <w:rPr>
          <w:rFonts w:ascii="Consolas" w:hAnsi="Consolas"/>
        </w:rPr>
        <w:t>Hello {{1}}, your ticket was updated: {{2}}</w:t>
      </w:r>
    </w:p>
    <w:p w14:paraId="55A0666E" w14:textId="77777777" w:rsidR="00C51C55" w:rsidRDefault="00000000">
      <w:pPr>
        <w:spacing w:after="160"/>
      </w:pPr>
      <w:r>
        <w:rPr>
          <w:b/>
        </w:rPr>
        <w:t xml:space="preserve">Category: </w:t>
      </w:r>
      <w:r>
        <w:t xml:space="preserve">UTILITY    </w:t>
      </w:r>
      <w:r>
        <w:rPr>
          <w:b/>
        </w:rPr>
        <w:t xml:space="preserve">Language: </w:t>
      </w:r>
      <w:r>
        <w:t xml:space="preserve">en    </w:t>
      </w:r>
      <w:r>
        <w:rPr>
          <w:b/>
        </w:rPr>
        <w:t xml:space="preserve">Header: </w:t>
      </w:r>
      <w:r>
        <w:t>None (text-only)</w:t>
      </w:r>
    </w:p>
    <w:p w14:paraId="0586769C" w14:textId="77777777" w:rsidR="00C51C55" w:rsidRDefault="00000000">
      <w:r>
        <w:rPr>
          <w:b/>
        </w:rPr>
        <w:t>Sample values for the approval form (in order):</w:t>
      </w:r>
    </w:p>
    <w:tbl>
      <w:tblPr>
        <w:tblStyle w:val="LightList-Accent1"/>
        <w:tblW w:w="0" w:type="auto"/>
        <w:tblLook w:val="04A0" w:firstRow="1" w:lastRow="0" w:firstColumn="1" w:lastColumn="0" w:noHBand="0" w:noVBand="1"/>
      </w:tblPr>
      <w:tblGrid>
        <w:gridCol w:w="2880"/>
        <w:gridCol w:w="2880"/>
        <w:gridCol w:w="2880"/>
      </w:tblGrid>
      <w:tr w:rsidR="00C51C55" w14:paraId="4D066DC1" w14:textId="77777777" w:rsidTr="00C51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28100B0" w14:textId="77777777" w:rsidR="00C51C55" w:rsidRDefault="00000000">
            <w:r>
              <w:t>Variable</w:t>
            </w:r>
          </w:p>
        </w:tc>
        <w:tc>
          <w:tcPr>
            <w:tcW w:w="2880" w:type="dxa"/>
          </w:tcPr>
          <w:p w14:paraId="7A041462" w14:textId="77777777" w:rsidR="00C51C55" w:rsidRDefault="00000000">
            <w:pPr>
              <w:cnfStyle w:val="100000000000" w:firstRow="1" w:lastRow="0" w:firstColumn="0" w:lastColumn="0" w:oddVBand="0" w:evenVBand="0" w:oddHBand="0" w:evenHBand="0" w:firstRowFirstColumn="0" w:firstRowLastColumn="0" w:lastRowFirstColumn="0" w:lastRowLastColumn="0"/>
            </w:pPr>
            <w:r>
              <w:t>Meaning</w:t>
            </w:r>
          </w:p>
        </w:tc>
        <w:tc>
          <w:tcPr>
            <w:tcW w:w="2880" w:type="dxa"/>
          </w:tcPr>
          <w:p w14:paraId="098EF981" w14:textId="77777777" w:rsidR="00C51C55" w:rsidRDefault="00000000">
            <w:pPr>
              <w:cnfStyle w:val="100000000000" w:firstRow="1" w:lastRow="0" w:firstColumn="0" w:lastColumn="0" w:oddVBand="0" w:evenVBand="0" w:oddHBand="0" w:evenHBand="0" w:firstRowFirstColumn="0" w:firstRowLastColumn="0" w:lastRowFirstColumn="0" w:lastRowLastColumn="0"/>
            </w:pPr>
            <w:r>
              <w:t>Example value to paste</w:t>
            </w:r>
          </w:p>
        </w:tc>
      </w:tr>
      <w:tr w:rsidR="00C51C55" w14:paraId="3ABFA6FA" w14:textId="77777777" w:rsidTr="00C51C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AAD5F2E" w14:textId="77777777" w:rsidR="00C51C55" w:rsidRDefault="00000000">
            <w:r>
              <w:t>{{1}}</w:t>
            </w:r>
          </w:p>
        </w:tc>
        <w:tc>
          <w:tcPr>
            <w:tcW w:w="2880" w:type="dxa"/>
          </w:tcPr>
          <w:p w14:paraId="382927ED" w14:textId="77777777" w:rsidR="00C51C55" w:rsidRDefault="00000000">
            <w:pPr>
              <w:cnfStyle w:val="000000100000" w:firstRow="0" w:lastRow="0" w:firstColumn="0" w:lastColumn="0" w:oddVBand="0" w:evenVBand="0" w:oddHBand="1" w:evenHBand="0" w:firstRowFirstColumn="0" w:firstRowLastColumn="0" w:lastRowFirstColumn="0" w:lastRowLastColumn="0"/>
            </w:pPr>
            <w:r>
              <w:t>Recipient first name</w:t>
            </w:r>
          </w:p>
        </w:tc>
        <w:tc>
          <w:tcPr>
            <w:tcW w:w="2880" w:type="dxa"/>
          </w:tcPr>
          <w:p w14:paraId="1DED7C20" w14:textId="77777777" w:rsidR="00C51C55" w:rsidRDefault="00000000">
            <w:pPr>
              <w:cnfStyle w:val="000000100000" w:firstRow="0" w:lastRow="0" w:firstColumn="0" w:lastColumn="0" w:oddVBand="0" w:evenVBand="0" w:oddHBand="1" w:evenHBand="0" w:firstRowFirstColumn="0" w:firstRowLastColumn="0" w:lastRowFirstColumn="0" w:lastRowLastColumn="0"/>
            </w:pPr>
            <w:r>
              <w:t>John</w:t>
            </w:r>
          </w:p>
        </w:tc>
      </w:tr>
      <w:tr w:rsidR="00C51C55" w14:paraId="29A54A31" w14:textId="77777777" w:rsidTr="00C51C55">
        <w:tc>
          <w:tcPr>
            <w:cnfStyle w:val="001000000000" w:firstRow="0" w:lastRow="0" w:firstColumn="1" w:lastColumn="0" w:oddVBand="0" w:evenVBand="0" w:oddHBand="0" w:evenHBand="0" w:firstRowFirstColumn="0" w:firstRowLastColumn="0" w:lastRowFirstColumn="0" w:lastRowLastColumn="0"/>
            <w:tcW w:w="2880" w:type="dxa"/>
          </w:tcPr>
          <w:p w14:paraId="65758602" w14:textId="77777777" w:rsidR="00C51C55" w:rsidRDefault="00000000">
            <w:r>
              <w:t>{{2}}</w:t>
            </w:r>
          </w:p>
        </w:tc>
        <w:tc>
          <w:tcPr>
            <w:tcW w:w="2880" w:type="dxa"/>
          </w:tcPr>
          <w:p w14:paraId="68A2D59D" w14:textId="77777777" w:rsidR="00C51C55" w:rsidRDefault="00000000">
            <w:pPr>
              <w:cnfStyle w:val="000000000000" w:firstRow="0" w:lastRow="0" w:firstColumn="0" w:lastColumn="0" w:oddVBand="0" w:evenVBand="0" w:oddHBand="0" w:evenHBand="0" w:firstRowFirstColumn="0" w:firstRowLastColumn="0" w:lastRowFirstColumn="0" w:lastRowLastColumn="0"/>
            </w:pPr>
            <w:r>
              <w:t>Update reason / description</w:t>
            </w:r>
          </w:p>
        </w:tc>
        <w:tc>
          <w:tcPr>
            <w:tcW w:w="2880" w:type="dxa"/>
          </w:tcPr>
          <w:p w14:paraId="49E9CE89" w14:textId="77777777" w:rsidR="00C51C55" w:rsidRDefault="00000000">
            <w:pPr>
              <w:cnfStyle w:val="000000000000" w:firstRow="0" w:lastRow="0" w:firstColumn="0" w:lastColumn="0" w:oddVBand="0" w:evenVBand="0" w:oddHBand="0" w:evenHBand="0" w:firstRowFirstColumn="0" w:firstRowLastColumn="0" w:lastRowFirstColumn="0" w:lastRowLastColumn="0"/>
            </w:pPr>
            <w:r>
              <w:t>Escalated to Tier 2 support</w:t>
            </w:r>
          </w:p>
        </w:tc>
      </w:tr>
    </w:tbl>
    <w:p w14:paraId="451C0D45" w14:textId="77777777" w:rsidR="00C51C55" w:rsidRDefault="00C51C55"/>
    <w:p w14:paraId="6035F73E" w14:textId="77777777" w:rsidR="00C51C55" w:rsidRDefault="00000000">
      <w:pPr>
        <w:pStyle w:val="Heading1"/>
      </w:pPr>
      <w:r>
        <w:t>Notes</w:t>
      </w:r>
    </w:p>
    <w:p w14:paraId="115AE3F0" w14:textId="77777777" w:rsidR="00C51C55" w:rsidRDefault="00000000">
      <w:pPr>
        <w:pStyle w:val="ListBullet"/>
      </w:pPr>
      <w:r>
        <w:t>The “ticket_assigned” and “technician_assigned” templates must stay text-only — the support system automatically skips sending them if they end up with an image/document/video header.</w:t>
      </w:r>
    </w:p>
    <w:p w14:paraId="66E71C91" w14:textId="77777777" w:rsidR="00C51C55" w:rsidRDefault="00000000">
      <w:pPr>
        <w:pStyle w:val="ListBullet"/>
      </w:pPr>
      <w:r>
        <w:lastRenderedPageBreak/>
        <w:t>Template names must match exactly (case-sensitive) what's configured in the system's WhatsApp settings, which currently use these same 7 names by default.</w:t>
      </w:r>
    </w:p>
    <w:p w14:paraId="4B3FD139" w14:textId="77777777" w:rsidR="00C51C55" w:rsidRDefault="00000000">
      <w:pPr>
        <w:pStyle w:val="ListBullet"/>
      </w:pPr>
      <w:r>
        <w:t>Once approved, use the admin Settings → WhatsApp → Send test action in the support portal to confirm delivery.</w:t>
      </w:r>
    </w:p>
    <w:sectPr w:rsidR="00C51C5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566A72"/>
    <w:multiLevelType w:val="multilevel"/>
    <w:tmpl w:val="ECB2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659113">
    <w:abstractNumId w:val="8"/>
  </w:num>
  <w:num w:numId="2" w16cid:durableId="1613049633">
    <w:abstractNumId w:val="6"/>
  </w:num>
  <w:num w:numId="3" w16cid:durableId="1312909761">
    <w:abstractNumId w:val="5"/>
  </w:num>
  <w:num w:numId="4" w16cid:durableId="1589465818">
    <w:abstractNumId w:val="4"/>
  </w:num>
  <w:num w:numId="5" w16cid:durableId="26492772">
    <w:abstractNumId w:val="7"/>
  </w:num>
  <w:num w:numId="6" w16cid:durableId="1241714399">
    <w:abstractNumId w:val="3"/>
  </w:num>
  <w:num w:numId="7" w16cid:durableId="1208909282">
    <w:abstractNumId w:val="2"/>
  </w:num>
  <w:num w:numId="8" w16cid:durableId="1082875429">
    <w:abstractNumId w:val="1"/>
  </w:num>
  <w:num w:numId="9" w16cid:durableId="392507118">
    <w:abstractNumId w:val="0"/>
  </w:num>
  <w:num w:numId="10" w16cid:durableId="12113819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910BD"/>
    <w:rsid w:val="00AA1D8D"/>
    <w:rsid w:val="00AC4DCF"/>
    <w:rsid w:val="00B47730"/>
    <w:rsid w:val="00C51C5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18FB65"/>
  <w14:defaultImageDpi w14:val="300"/>
  <w15:docId w15:val="{FA66014D-32D8-4B73-8F7D-079FE707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29134">
      <w:bodyDiv w:val="1"/>
      <w:marLeft w:val="0"/>
      <w:marRight w:val="0"/>
      <w:marTop w:val="0"/>
      <w:marBottom w:val="0"/>
      <w:divBdr>
        <w:top w:val="none" w:sz="0" w:space="0" w:color="auto"/>
        <w:left w:val="none" w:sz="0" w:space="0" w:color="auto"/>
        <w:bottom w:val="none" w:sz="0" w:space="0" w:color="auto"/>
        <w:right w:val="none" w:sz="0" w:space="0" w:color="auto"/>
      </w:divBdr>
    </w:div>
    <w:div w:id="539127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Samwel Karanja</cp:lastModifiedBy>
  <cp:revision>2</cp:revision>
  <dcterms:created xsi:type="dcterms:W3CDTF">2013-12-23T23:15:00Z</dcterms:created>
  <dcterms:modified xsi:type="dcterms:W3CDTF">2026-09-01T10:29:00Z</dcterms:modified>
  <cp:category/>
</cp:coreProperties>
</file>